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480AB" w14:textId="77777777" w:rsidR="00CA036B" w:rsidRPr="00BA4D83" w:rsidRDefault="00BA4D83">
      <w:pPr>
        <w:pStyle w:val="Rubrik1"/>
        <w:rPr>
          <w:lang w:val="sv-FI"/>
        </w:rPr>
      </w:pPr>
      <w:r w:rsidRPr="00BA4D83">
        <w:rPr>
          <w:lang w:val="sv-FI"/>
        </w:rPr>
        <w:t xml:space="preserve">Ansökningsblankett – Kimitoön </w:t>
      </w:r>
      <w:proofErr w:type="spellStart"/>
      <w:r w:rsidRPr="00BA4D83">
        <w:rPr>
          <w:lang w:val="sv-FI"/>
        </w:rPr>
        <w:t>EventBoost</w:t>
      </w:r>
      <w:proofErr w:type="spellEnd"/>
      <w:r w:rsidRPr="00BA4D83">
        <w:rPr>
          <w:lang w:val="sv-FI"/>
        </w:rPr>
        <w:t xml:space="preserve"> 2026</w:t>
      </w:r>
    </w:p>
    <w:p w14:paraId="31190679" w14:textId="2B616AC8" w:rsidR="00CA036B" w:rsidRPr="00BA4D83" w:rsidRDefault="00BA4D83">
      <w:pPr>
        <w:rPr>
          <w:lang w:val="sv-FI"/>
        </w:rPr>
      </w:pPr>
      <w:r w:rsidRPr="00BA4D83">
        <w:rPr>
          <w:lang w:val="sv-FI"/>
        </w:rPr>
        <w:t>Svara utförligt på varje fråga. Dina svar ligger till grund för bedömningen.</w:t>
      </w:r>
    </w:p>
    <w:p w14:paraId="2A0A1402" w14:textId="634E6C89" w:rsidR="00CA036B" w:rsidRPr="00BA4D83" w:rsidRDefault="006E19EF" w:rsidP="00BA4D83">
      <w:pPr>
        <w:pStyle w:val="Rubrik2"/>
        <w:rPr>
          <w:lang w:val="sv-FI"/>
        </w:rPr>
      </w:pPr>
      <w:r>
        <w:rPr>
          <w:lang w:val="sv-FI"/>
        </w:rPr>
        <w:t>1</w:t>
      </w:r>
      <w:r w:rsidR="00BA4D83" w:rsidRPr="00BA4D83">
        <w:rPr>
          <w:lang w:val="sv-FI"/>
        </w:rPr>
        <w:t xml:space="preserve">. Koppling till kommunens strategi </w:t>
      </w:r>
    </w:p>
    <w:p w14:paraId="5FAE5057" w14:textId="77777777" w:rsidR="00CA036B" w:rsidRPr="00BA4D83" w:rsidRDefault="00BA4D83">
      <w:pPr>
        <w:rPr>
          <w:lang w:val="sv-FI"/>
        </w:rPr>
      </w:pPr>
      <w:r w:rsidRPr="00BA4D83">
        <w:rPr>
          <w:lang w:val="sv-FI"/>
        </w:rPr>
        <w:t>Hur stöder evenemanget Kimitoöns strategi för livskraft, hållbarhet, gemenskap, attraktivt boende och turism? Beskriv konkret hur evenemanget bidrar till att uppfylla ett eller flera av kommunens strategiska mål.</w:t>
      </w:r>
    </w:p>
    <w:p w14:paraId="3D4CFB9D" w14:textId="77777777" w:rsidR="00CA036B" w:rsidRPr="00BA4D83" w:rsidRDefault="00BA4D83">
      <w:pPr>
        <w:rPr>
          <w:lang w:val="sv-FI"/>
        </w:rPr>
      </w:pPr>
      <w:r w:rsidRPr="00BA4D83">
        <w:rPr>
          <w:lang w:val="sv-FI"/>
        </w:rPr>
        <w:t>Svar: ________________________________________________</w:t>
      </w:r>
      <w:r w:rsidRPr="00BA4D83">
        <w:rPr>
          <w:lang w:val="sv-FI"/>
        </w:rPr>
        <w:br/>
      </w:r>
      <w:r w:rsidRPr="00BA4D83">
        <w:rPr>
          <w:lang w:val="sv-FI"/>
        </w:rPr>
        <w:br/>
        <w:t>_______________________________________________________</w:t>
      </w:r>
      <w:r w:rsidRPr="00BA4D83">
        <w:rPr>
          <w:lang w:val="sv-FI"/>
        </w:rPr>
        <w:br/>
      </w:r>
      <w:r w:rsidRPr="00BA4D83">
        <w:rPr>
          <w:lang w:val="sv-FI"/>
        </w:rPr>
        <w:br/>
        <w:t>_______________________________________________________</w:t>
      </w:r>
    </w:p>
    <w:p w14:paraId="4D5D7FFD" w14:textId="6037F5F8" w:rsidR="00CA036B" w:rsidRPr="00BA4D83" w:rsidRDefault="006E19EF" w:rsidP="00BA4D83">
      <w:pPr>
        <w:pStyle w:val="Rubrik2"/>
        <w:rPr>
          <w:lang w:val="sv-FI"/>
        </w:rPr>
      </w:pPr>
      <w:r>
        <w:rPr>
          <w:lang w:val="sv-FI"/>
        </w:rPr>
        <w:t>2</w:t>
      </w:r>
      <w:r w:rsidR="00BA4D83" w:rsidRPr="00BA4D83">
        <w:rPr>
          <w:lang w:val="sv-FI"/>
        </w:rPr>
        <w:t xml:space="preserve">. Synlighet och räckvidd </w:t>
      </w:r>
    </w:p>
    <w:p w14:paraId="1703F177" w14:textId="77777777" w:rsidR="00CA036B" w:rsidRPr="00BA4D83" w:rsidRDefault="00BA4D83">
      <w:pPr>
        <w:rPr>
          <w:lang w:val="sv-FI"/>
        </w:rPr>
      </w:pPr>
      <w:r w:rsidRPr="00BA4D83">
        <w:rPr>
          <w:lang w:val="sv-FI"/>
        </w:rPr>
        <w:t>Hur når evenemanget sin publik och hur syns det i media och digitala kanaler? Beskriv vilka målgrupper ni når, hur ni kommunicerar och vilket medialt genomslag ni förväntar er (lokalt, regionalt, nationellt, internationellt).</w:t>
      </w:r>
    </w:p>
    <w:p w14:paraId="0D5332EF" w14:textId="77777777" w:rsidR="00CA036B" w:rsidRPr="00BA4D83" w:rsidRDefault="00BA4D83">
      <w:pPr>
        <w:rPr>
          <w:lang w:val="sv-FI"/>
        </w:rPr>
      </w:pPr>
      <w:r w:rsidRPr="00BA4D83">
        <w:rPr>
          <w:lang w:val="sv-FI"/>
        </w:rPr>
        <w:t>Svar: ________________________________________________</w:t>
      </w:r>
      <w:r w:rsidRPr="00BA4D83">
        <w:rPr>
          <w:lang w:val="sv-FI"/>
        </w:rPr>
        <w:br/>
      </w:r>
      <w:r w:rsidRPr="00BA4D83">
        <w:rPr>
          <w:lang w:val="sv-FI"/>
        </w:rPr>
        <w:br/>
        <w:t>_______________________________________________________</w:t>
      </w:r>
      <w:r w:rsidRPr="00BA4D83">
        <w:rPr>
          <w:lang w:val="sv-FI"/>
        </w:rPr>
        <w:br/>
      </w:r>
      <w:r w:rsidRPr="00BA4D83">
        <w:rPr>
          <w:lang w:val="sv-FI"/>
        </w:rPr>
        <w:br/>
        <w:t>_______________________________________________________</w:t>
      </w:r>
    </w:p>
    <w:p w14:paraId="4BD59FFD" w14:textId="0F4ABA40" w:rsidR="00CA036B" w:rsidRPr="00BA4D83" w:rsidRDefault="006E19EF" w:rsidP="00BA4D83">
      <w:pPr>
        <w:pStyle w:val="Rubrik2"/>
        <w:rPr>
          <w:lang w:val="sv-FI"/>
        </w:rPr>
      </w:pPr>
      <w:r>
        <w:rPr>
          <w:lang w:val="sv-FI"/>
        </w:rPr>
        <w:t>3</w:t>
      </w:r>
      <w:r w:rsidR="00BA4D83" w:rsidRPr="00BA4D83">
        <w:rPr>
          <w:lang w:val="sv-FI"/>
        </w:rPr>
        <w:t xml:space="preserve">. Tillgänglighet och inkludering </w:t>
      </w:r>
    </w:p>
    <w:p w14:paraId="5D678A58" w14:textId="77777777" w:rsidR="00CA036B" w:rsidRPr="00BA4D83" w:rsidRDefault="00BA4D83">
      <w:pPr>
        <w:rPr>
          <w:lang w:val="sv-FI"/>
        </w:rPr>
      </w:pPr>
      <w:r w:rsidRPr="00BA4D83">
        <w:rPr>
          <w:lang w:val="sv-FI"/>
        </w:rPr>
        <w:t>Hur säkerställer ni att evenemanget är tillgängligt för olika målgrupper, språk och åldrar? Beskriv hur ni beaktar tvåspråkighet, fysisk tillgänglighet och social inkludering.</w:t>
      </w:r>
    </w:p>
    <w:p w14:paraId="68333F36" w14:textId="77777777" w:rsidR="00CA036B" w:rsidRPr="00BA4D83" w:rsidRDefault="00BA4D83">
      <w:pPr>
        <w:rPr>
          <w:lang w:val="sv-FI"/>
        </w:rPr>
      </w:pPr>
      <w:r w:rsidRPr="00BA4D83">
        <w:rPr>
          <w:lang w:val="sv-FI"/>
        </w:rPr>
        <w:t>Svar: ________________________________________________</w:t>
      </w:r>
      <w:r w:rsidRPr="00BA4D83">
        <w:rPr>
          <w:lang w:val="sv-FI"/>
        </w:rPr>
        <w:br/>
      </w:r>
      <w:r w:rsidRPr="00BA4D83">
        <w:rPr>
          <w:lang w:val="sv-FI"/>
        </w:rPr>
        <w:br/>
        <w:t>_______________________________________________________</w:t>
      </w:r>
      <w:r w:rsidRPr="00BA4D83">
        <w:rPr>
          <w:lang w:val="sv-FI"/>
        </w:rPr>
        <w:br/>
      </w:r>
      <w:r w:rsidRPr="00BA4D83">
        <w:rPr>
          <w:lang w:val="sv-FI"/>
        </w:rPr>
        <w:br/>
        <w:t>_______________________________________________________</w:t>
      </w:r>
    </w:p>
    <w:p w14:paraId="110CF461" w14:textId="34D3F664" w:rsidR="00CA036B" w:rsidRPr="00BA4D83" w:rsidRDefault="006E19EF" w:rsidP="00BA4D83">
      <w:pPr>
        <w:pStyle w:val="Rubrik2"/>
        <w:rPr>
          <w:lang w:val="sv-FI"/>
        </w:rPr>
      </w:pPr>
      <w:r>
        <w:rPr>
          <w:lang w:val="sv-FI"/>
        </w:rPr>
        <w:t>4</w:t>
      </w:r>
      <w:r w:rsidR="00BA4D83" w:rsidRPr="00BA4D83">
        <w:rPr>
          <w:lang w:val="sv-FI"/>
        </w:rPr>
        <w:t xml:space="preserve">. Bidrag till Kimitoöns attraktivitet </w:t>
      </w:r>
    </w:p>
    <w:p w14:paraId="3907E715" w14:textId="77777777" w:rsidR="00CA036B" w:rsidRPr="00BA4D83" w:rsidRDefault="00BA4D83">
      <w:pPr>
        <w:rPr>
          <w:lang w:val="sv-FI"/>
        </w:rPr>
      </w:pPr>
      <w:r w:rsidRPr="00BA4D83">
        <w:rPr>
          <w:lang w:val="sv-FI"/>
        </w:rPr>
        <w:t>På vilket sätt stärker evenemanget Kimitoöns attraktivitet som plats att bo, leva och besöka? Förklara hur evenemanget kan bidra till turism, inflyttning eller positiv synlighet för kommunen.</w:t>
      </w:r>
    </w:p>
    <w:p w14:paraId="7F38F328" w14:textId="77777777" w:rsidR="00CA036B" w:rsidRPr="00BA4D83" w:rsidRDefault="00BA4D83">
      <w:pPr>
        <w:rPr>
          <w:lang w:val="sv-FI"/>
        </w:rPr>
      </w:pPr>
      <w:r w:rsidRPr="00BA4D83">
        <w:rPr>
          <w:lang w:val="sv-FI"/>
        </w:rPr>
        <w:t>Svar: ________________________________________________</w:t>
      </w:r>
      <w:r w:rsidRPr="00BA4D83">
        <w:rPr>
          <w:lang w:val="sv-FI"/>
        </w:rPr>
        <w:br/>
      </w:r>
      <w:r w:rsidRPr="00BA4D83">
        <w:rPr>
          <w:lang w:val="sv-FI"/>
        </w:rPr>
        <w:br/>
        <w:t>_______________________________________________________</w:t>
      </w:r>
      <w:r w:rsidRPr="00BA4D83">
        <w:rPr>
          <w:lang w:val="sv-FI"/>
        </w:rPr>
        <w:br/>
      </w:r>
      <w:r w:rsidRPr="00BA4D83">
        <w:rPr>
          <w:lang w:val="sv-FI"/>
        </w:rPr>
        <w:lastRenderedPageBreak/>
        <w:br/>
        <w:t>_______________________________________________________</w:t>
      </w:r>
    </w:p>
    <w:p w14:paraId="46D54044" w14:textId="12F075FC" w:rsidR="00CA036B" w:rsidRPr="00BA4D83" w:rsidRDefault="006E19EF" w:rsidP="00BA4D83">
      <w:pPr>
        <w:pStyle w:val="Rubrik2"/>
        <w:rPr>
          <w:lang w:val="sv-FI"/>
        </w:rPr>
      </w:pPr>
      <w:r>
        <w:rPr>
          <w:lang w:val="sv-FI"/>
        </w:rPr>
        <w:t>5</w:t>
      </w:r>
      <w:r w:rsidR="00BA4D83" w:rsidRPr="00BA4D83">
        <w:rPr>
          <w:lang w:val="sv-FI"/>
        </w:rPr>
        <w:t xml:space="preserve">. Förnyelse och hållbarhet </w:t>
      </w:r>
    </w:p>
    <w:p w14:paraId="7E0F388E" w14:textId="77777777" w:rsidR="00CA036B" w:rsidRPr="00BA4D83" w:rsidRDefault="00BA4D83">
      <w:pPr>
        <w:rPr>
          <w:lang w:val="sv-FI"/>
        </w:rPr>
      </w:pPr>
      <w:r w:rsidRPr="00BA4D83">
        <w:rPr>
          <w:lang w:val="sv-FI"/>
        </w:rPr>
        <w:t>Vilka nya idéer eller hållbara arbetssätt präglar evenemanget? Beskriv hur ni arbetar med innovation, miljömedvetenhet, långsiktighet och klimatpåverkan.</w:t>
      </w:r>
    </w:p>
    <w:p w14:paraId="28F9A735" w14:textId="77777777" w:rsidR="00CA036B" w:rsidRPr="00BA4D83" w:rsidRDefault="00BA4D83">
      <w:pPr>
        <w:rPr>
          <w:lang w:val="sv-FI"/>
        </w:rPr>
      </w:pPr>
      <w:r w:rsidRPr="00BA4D83">
        <w:rPr>
          <w:lang w:val="sv-FI"/>
        </w:rPr>
        <w:t>Svar: ________________________________________________</w:t>
      </w:r>
      <w:r w:rsidRPr="00BA4D83">
        <w:rPr>
          <w:lang w:val="sv-FI"/>
        </w:rPr>
        <w:br/>
      </w:r>
      <w:r w:rsidRPr="00BA4D83">
        <w:rPr>
          <w:lang w:val="sv-FI"/>
        </w:rPr>
        <w:br/>
        <w:t>_______________________________________________________</w:t>
      </w:r>
      <w:r w:rsidRPr="00BA4D83">
        <w:rPr>
          <w:lang w:val="sv-FI"/>
        </w:rPr>
        <w:br/>
      </w:r>
      <w:r w:rsidRPr="00BA4D83">
        <w:rPr>
          <w:lang w:val="sv-FI"/>
        </w:rPr>
        <w:br/>
        <w:t>_______________________________________________________</w:t>
      </w:r>
    </w:p>
    <w:p w14:paraId="0C906D68" w14:textId="28E3BF3E" w:rsidR="00CA036B" w:rsidRPr="00BA4D83" w:rsidRDefault="006E19EF" w:rsidP="00BA4D83">
      <w:pPr>
        <w:pStyle w:val="Rubrik2"/>
        <w:rPr>
          <w:lang w:val="sv-FI"/>
        </w:rPr>
      </w:pPr>
      <w:r>
        <w:rPr>
          <w:lang w:val="sv-FI"/>
        </w:rPr>
        <w:t>6</w:t>
      </w:r>
      <w:r w:rsidR="00BA4D83" w:rsidRPr="00BA4D83">
        <w:rPr>
          <w:lang w:val="sv-FI"/>
        </w:rPr>
        <w:t xml:space="preserve">. Genomförbarhet och ekonomi </w:t>
      </w:r>
    </w:p>
    <w:p w14:paraId="1BC1D765" w14:textId="77777777" w:rsidR="00CA036B" w:rsidRPr="00BA4D83" w:rsidRDefault="00BA4D83">
      <w:pPr>
        <w:rPr>
          <w:lang w:val="sv-FI"/>
        </w:rPr>
      </w:pPr>
      <w:r w:rsidRPr="00BA4D83">
        <w:rPr>
          <w:lang w:val="sv-FI"/>
        </w:rPr>
        <w:t>Hur ser evenemangets planering och finansiering ut? Beskriv projektets genomförbarhet, budgetens realism och eventuella samarbetspartners eller medfinansiärer.</w:t>
      </w:r>
    </w:p>
    <w:p w14:paraId="76710266" w14:textId="77777777" w:rsidR="00CA036B" w:rsidRPr="00BA4D83" w:rsidRDefault="00BA4D83">
      <w:pPr>
        <w:rPr>
          <w:lang w:val="sv-FI"/>
        </w:rPr>
      </w:pPr>
      <w:r w:rsidRPr="00BA4D83">
        <w:rPr>
          <w:lang w:val="sv-FI"/>
        </w:rPr>
        <w:t>Svar: ________________________________________________</w:t>
      </w:r>
      <w:r w:rsidRPr="00BA4D83">
        <w:rPr>
          <w:lang w:val="sv-FI"/>
        </w:rPr>
        <w:br/>
      </w:r>
      <w:r w:rsidRPr="00BA4D83">
        <w:rPr>
          <w:lang w:val="sv-FI"/>
        </w:rPr>
        <w:br/>
        <w:t>_______________________________________________________</w:t>
      </w:r>
      <w:r w:rsidRPr="00BA4D83">
        <w:rPr>
          <w:lang w:val="sv-FI"/>
        </w:rPr>
        <w:br/>
      </w:r>
      <w:r w:rsidRPr="00BA4D83">
        <w:rPr>
          <w:lang w:val="sv-FI"/>
        </w:rPr>
        <w:br/>
        <w:t>_______________________________________________________</w:t>
      </w:r>
    </w:p>
    <w:p w14:paraId="5435973F" w14:textId="25EF18B0" w:rsidR="00CA036B" w:rsidRDefault="006E19EF">
      <w:pPr>
        <w:pStyle w:val="Rubrik2"/>
        <w:rPr>
          <w:lang w:val="sv-FI"/>
        </w:rPr>
      </w:pPr>
      <w:r>
        <w:rPr>
          <w:lang w:val="sv-FI"/>
        </w:rPr>
        <w:t>7</w:t>
      </w:r>
      <w:r w:rsidR="00BA4D83" w:rsidRPr="00BA4D83">
        <w:rPr>
          <w:lang w:val="sv-FI"/>
        </w:rPr>
        <w:t>. Redovisning och åtaganden</w:t>
      </w:r>
    </w:p>
    <w:p w14:paraId="7873EB02" w14:textId="77777777" w:rsidR="006E19EF" w:rsidRPr="006E19EF" w:rsidRDefault="006E19EF" w:rsidP="006E19EF">
      <w:pPr>
        <w:rPr>
          <w:lang w:val="sv-FI"/>
        </w:rPr>
      </w:pPr>
    </w:p>
    <w:p w14:paraId="26F82DF8" w14:textId="77777777" w:rsidR="00CA036B" w:rsidRPr="00BA4D83" w:rsidRDefault="00BA4D83">
      <w:pPr>
        <w:rPr>
          <w:lang w:val="sv-FI"/>
        </w:rPr>
      </w:pPr>
      <w:r w:rsidRPr="00BA4D83">
        <w:rPr>
          <w:lang w:val="sv-FI"/>
        </w:rPr>
        <w:t>Bidragstagaren förbinder sig att lämna in en skriftlig redovisning senast två månader efter evenemangets slut, inklusive:</w:t>
      </w:r>
    </w:p>
    <w:p w14:paraId="1A085405" w14:textId="77777777" w:rsidR="00CA036B" w:rsidRPr="00BA4D83" w:rsidRDefault="00BA4D83">
      <w:pPr>
        <w:rPr>
          <w:lang w:val="sv-FI"/>
        </w:rPr>
      </w:pPr>
      <w:r w:rsidRPr="00BA4D83">
        <w:rPr>
          <w:lang w:val="sv-FI"/>
        </w:rPr>
        <w:t>• en kort beskrivning av hur evenemanget lyckades</w:t>
      </w:r>
      <w:r w:rsidRPr="00BA4D83">
        <w:rPr>
          <w:lang w:val="sv-FI"/>
        </w:rPr>
        <w:br/>
        <w:t>• redovisning av hur kommunens medel använts</w:t>
      </w:r>
    </w:p>
    <w:sectPr w:rsidR="00CA036B" w:rsidRPr="00BA4D8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3736820">
    <w:abstractNumId w:val="8"/>
  </w:num>
  <w:num w:numId="2" w16cid:durableId="603001261">
    <w:abstractNumId w:val="6"/>
  </w:num>
  <w:num w:numId="3" w16cid:durableId="1153566605">
    <w:abstractNumId w:val="5"/>
  </w:num>
  <w:num w:numId="4" w16cid:durableId="1287195786">
    <w:abstractNumId w:val="4"/>
  </w:num>
  <w:num w:numId="5" w16cid:durableId="664937261">
    <w:abstractNumId w:val="7"/>
  </w:num>
  <w:num w:numId="6" w16cid:durableId="643659537">
    <w:abstractNumId w:val="3"/>
  </w:num>
  <w:num w:numId="7" w16cid:durableId="1800874657">
    <w:abstractNumId w:val="2"/>
  </w:num>
  <w:num w:numId="8" w16cid:durableId="1199317759">
    <w:abstractNumId w:val="1"/>
  </w:num>
  <w:num w:numId="9" w16cid:durableId="1943494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22DE"/>
    <w:rsid w:val="0015074B"/>
    <w:rsid w:val="0029639D"/>
    <w:rsid w:val="00326F90"/>
    <w:rsid w:val="006E19EF"/>
    <w:rsid w:val="00962EC6"/>
    <w:rsid w:val="00A50A8D"/>
    <w:rsid w:val="00A90E75"/>
    <w:rsid w:val="00AA1D8D"/>
    <w:rsid w:val="00B47730"/>
    <w:rsid w:val="00BA4D83"/>
    <w:rsid w:val="00CA036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9F0CCB"/>
  <w14:defaultImageDpi w14:val="330"/>
  <w15:docId w15:val="{7888F653-CC36-42B7-85EA-4347C828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33A34E83A9994BA01E439BA83621E4" ma:contentTypeVersion="9" ma:contentTypeDescription="Skapa ett nytt dokument." ma:contentTypeScope="" ma:versionID="283aaa56c887615367893bd62a9d9e8a">
  <xsd:schema xmlns:xsd="http://www.w3.org/2001/XMLSchema" xmlns:xs="http://www.w3.org/2001/XMLSchema" xmlns:p="http://schemas.microsoft.com/office/2006/metadata/properties" xmlns:ns2="bbb2da99-1ba2-4fb6-9a5b-9cb515a7bd33" targetNamespace="http://schemas.microsoft.com/office/2006/metadata/properties" ma:root="true" ma:fieldsID="b87a0872081d46ebf6a988b563d6a2df" ns2:_="">
    <xsd:import namespace="bbb2da99-1ba2-4fb6-9a5b-9cb515a7bd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2da99-1ba2-4fb6-9a5b-9cb515a7bd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8888cf0c-8add-4b1a-a6ca-d93f6a6873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b2da99-1ba2-4fb6-9a5b-9cb515a7bd3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F76BCF-901A-4DD3-8C41-F652265DC74B}"/>
</file>

<file path=customXml/itemProps2.xml><?xml version="1.0" encoding="utf-8"?>
<ds:datastoreItem xmlns:ds="http://schemas.openxmlformats.org/officeDocument/2006/customXml" ds:itemID="{198D4BBF-FB85-40A6-9822-F466BDF714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3BCBC3-A00F-4135-818D-AC211C84FBF4}">
  <ds:schemaRefs>
    <ds:schemaRef ds:uri="http://schemas.microsoft.com/office/2006/metadata/properties"/>
    <ds:schemaRef ds:uri="http://schemas.microsoft.com/office/infopath/2007/PartnerControls"/>
    <ds:schemaRef ds:uri="0ff6d95b-876c-47a3-9791-d558691c6034"/>
    <ds:schemaRef ds:uri="092fbad4-a5e5-448c-8de6-964028fafc53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2457</Characters>
  <Application>Microsoft Office Word</Application>
  <DocSecurity>0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Ginman Heidi</cp:lastModifiedBy>
  <cp:revision>3</cp:revision>
  <dcterms:created xsi:type="dcterms:W3CDTF">2025-12-18T11:52:00Z</dcterms:created>
  <dcterms:modified xsi:type="dcterms:W3CDTF">2025-12-18T11:53:00Z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0x010100DA33A34E83A9994BA01E439BA83621E4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